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5896C" w14:textId="77777777" w:rsidR="00DA621E" w:rsidRPr="00457835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PIETEIKUMA ANKETA</w:t>
      </w:r>
    </w:p>
    <w:p w14:paraId="5705E1B4" w14:textId="77777777" w:rsidR="00DA621E" w:rsidRPr="00457835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Ludzas novada uzņēmējiem dalībai izstādē “Riga Food 2026”</w:t>
      </w:r>
    </w:p>
    <w:p w14:paraId="17B09EC5" w14:textId="77777777" w:rsidR="00DA621E" w:rsidRPr="00457835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i/>
          <w:sz w:val="24"/>
          <w:szCs w:val="24"/>
        </w:rPr>
        <w:t>Aizpildiet laukus pelēkajos rāmjos. Rakstot tekstu, līnijas nepārvietosies.</w:t>
      </w:r>
    </w:p>
    <w:p w14:paraId="6DC7A004" w14:textId="77777777" w:rsidR="00DA621E" w:rsidRPr="00457835" w:rsidRDefault="00000000">
      <w:pPr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1. INFORMĀCIJA PAR UZŅĒMUMU</w:t>
      </w:r>
    </w:p>
    <w:p w14:paraId="1E5298FD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Uzņēmuma / saimnieciskās darbības veicēja nosaukums: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DA621E" w:rsidRPr="00457835" w14:paraId="3447E153" w14:textId="77777777" w:rsidTr="00457835">
        <w:tc>
          <w:tcPr>
            <w:tcW w:w="9524" w:type="dxa"/>
          </w:tcPr>
          <w:p w14:paraId="61C3EC2A" w14:textId="5DB89951" w:rsidR="00DA621E" w:rsidRPr="00457835" w:rsidRDefault="00DA6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9BED5E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EDFC2D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Kontaktpersona: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DA621E" w:rsidRPr="00457835" w14:paraId="5616A937" w14:textId="77777777" w:rsidTr="00457835">
        <w:tc>
          <w:tcPr>
            <w:tcW w:w="9524" w:type="dxa"/>
          </w:tcPr>
          <w:p w14:paraId="40F019B2" w14:textId="77777777" w:rsidR="00DA621E" w:rsidRPr="00457835" w:rsidRDefault="00DA6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2503" w:tblpY="133"/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457835" w:rsidRPr="00457835" w14:paraId="7A082023" w14:textId="77777777" w:rsidTr="00457835">
        <w:tc>
          <w:tcPr>
            <w:tcW w:w="2943" w:type="dxa"/>
          </w:tcPr>
          <w:p w14:paraId="5EF50D32" w14:textId="77777777" w:rsidR="00457835" w:rsidRPr="00457835" w:rsidRDefault="00457835" w:rsidP="00457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667DDE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F79426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Tālrunis:</w:t>
      </w:r>
    </w:p>
    <w:tbl>
      <w:tblPr>
        <w:tblpPr w:leftFromText="180" w:rightFromText="180" w:vertAnchor="text" w:horzAnchor="page" w:tblpX="2293" w:tblpY="88"/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</w:tblGrid>
      <w:tr w:rsidR="00457835" w:rsidRPr="00457835" w14:paraId="683437D5" w14:textId="77777777" w:rsidTr="00457835">
        <w:tc>
          <w:tcPr>
            <w:tcW w:w="3085" w:type="dxa"/>
          </w:tcPr>
          <w:p w14:paraId="0D649EFE" w14:textId="77777777" w:rsidR="00457835" w:rsidRPr="00457835" w:rsidRDefault="00457835" w:rsidP="00457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475B2E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81CDFF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E-pasts:</w:t>
      </w:r>
    </w:p>
    <w:tbl>
      <w:tblPr>
        <w:tblpPr w:leftFromText="180" w:rightFromText="180" w:vertAnchor="text" w:horzAnchor="page" w:tblpX="4873" w:tblpY="149"/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457835" w:rsidRPr="00457835" w14:paraId="21C0264D" w14:textId="77777777" w:rsidTr="00457835">
        <w:tc>
          <w:tcPr>
            <w:tcW w:w="5070" w:type="dxa"/>
          </w:tcPr>
          <w:p w14:paraId="32592A7F" w14:textId="77777777" w:rsidR="00457835" w:rsidRPr="00457835" w:rsidRDefault="00457835" w:rsidP="00457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D48A6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E8C5E6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Sociālie tīkli / tīmekļvietne (ja ir):</w:t>
      </w:r>
    </w:p>
    <w:p w14:paraId="718371E1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B4A7CB" w14:textId="77777777" w:rsidR="00DA621E" w:rsidRPr="00457835" w:rsidRDefault="00000000">
      <w:pPr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2. PRODUKCIJA</w:t>
      </w:r>
    </w:p>
    <w:p w14:paraId="5F95F5AE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Kādu produkciju Jūs ražojat?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24"/>
      </w:tblGrid>
      <w:tr w:rsidR="00DA621E" w:rsidRPr="00457835" w14:paraId="4DCB5136" w14:textId="77777777" w:rsidTr="00457835">
        <w:tc>
          <w:tcPr>
            <w:tcW w:w="9524" w:type="dxa"/>
            <w:tcBorders>
              <w:bottom w:val="single" w:sz="4" w:space="0" w:color="auto"/>
            </w:tcBorders>
          </w:tcPr>
          <w:p w14:paraId="16FEF35F" w14:textId="77777777" w:rsidR="00DA621E" w:rsidRPr="00457835" w:rsidRDefault="00DA6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F76C52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034840" w14:textId="77777777" w:rsidR="00DA621E" w:rsidRPr="00457835" w:rsidRDefault="00000000">
      <w:pPr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Kur šobrīd realizējat savu produkciju?</w:t>
      </w:r>
    </w:p>
    <w:p w14:paraId="4EF79D82" w14:textId="77777777" w:rsidR="00DA621E" w:rsidRPr="00457835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Ludzas novadā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Citviet Latvijā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Internetā</w:t>
      </w:r>
    </w:p>
    <w:p w14:paraId="0C627167" w14:textId="77777777" w:rsidR="00DA621E" w:rsidRPr="00457835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Eksportā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Tirdziņos / izstādēs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Citur: __________________</w:t>
      </w:r>
    </w:p>
    <w:p w14:paraId="37A5227B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Kāds ir Jūsu populārākais / pieprasītākais produkts?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DA621E" w:rsidRPr="00457835" w14:paraId="14822E40" w14:textId="77777777" w:rsidTr="00457835">
        <w:tc>
          <w:tcPr>
            <w:tcW w:w="9524" w:type="dxa"/>
          </w:tcPr>
          <w:p w14:paraId="5528AD03" w14:textId="77777777" w:rsidR="00DA621E" w:rsidRPr="00457835" w:rsidRDefault="00DA6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34FEC7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1EF49B" w14:textId="77777777" w:rsidR="00DA621E" w:rsidRPr="00457835" w:rsidRDefault="00000000">
      <w:pPr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3. DALĪBA “RIGA FOOD 2026”</w:t>
      </w:r>
    </w:p>
    <w:p w14:paraId="439AAFC1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Kādu produkciju plānojat prezentēt izstādē?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DA621E" w:rsidRPr="00457835" w14:paraId="07CEDCF6" w14:textId="77777777" w:rsidTr="00457835">
        <w:tc>
          <w:tcPr>
            <w:tcW w:w="9524" w:type="dxa"/>
          </w:tcPr>
          <w:p w14:paraId="205569F7" w14:textId="77777777" w:rsidR="00DA621E" w:rsidRPr="00457835" w:rsidRDefault="00DA6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FF6DA2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1DB665" w14:textId="77777777" w:rsidR="00DA621E" w:rsidRPr="00457835" w:rsidRDefault="00000000">
      <w:pPr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Vai plānojat piedāvāt produkcijas degustāciju?</w:t>
      </w:r>
    </w:p>
    <w:p w14:paraId="35EB12AA" w14:textId="77777777" w:rsidR="00DA621E" w:rsidRPr="00457835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Jā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Nē</w:t>
      </w:r>
    </w:p>
    <w:p w14:paraId="1637D2A9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Ja jā, kādu produkciju?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DA621E" w:rsidRPr="00457835" w14:paraId="744A1AF7" w14:textId="77777777" w:rsidTr="00457835">
        <w:tc>
          <w:tcPr>
            <w:tcW w:w="9524" w:type="dxa"/>
          </w:tcPr>
          <w:p w14:paraId="76995B22" w14:textId="77777777" w:rsidR="00DA621E" w:rsidRPr="00457835" w:rsidRDefault="00DA6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F95A0F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00D3AE" w14:textId="77777777" w:rsidR="00DA621E" w:rsidRPr="00457835" w:rsidRDefault="00000000">
      <w:pPr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Uz cik izstādes dienām vēlaties piedalīties?</w:t>
      </w:r>
    </w:p>
    <w:p w14:paraId="10C59913" w14:textId="40E19302" w:rsidR="00DA621E" w:rsidRPr="00457835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1 dienu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457835">
        <w:rPr>
          <w:rFonts w:ascii="Times New Roman" w:hAnsi="Times New Roman" w:cs="Times New Roman"/>
          <w:sz w:val="24"/>
          <w:szCs w:val="24"/>
        </w:rPr>
        <w:t>dienas</w:t>
      </w:r>
      <w:proofErr w:type="spellEnd"/>
      <w:r w:rsidRPr="00457835">
        <w:rPr>
          <w:rFonts w:ascii="Times New Roman" w:hAnsi="Times New Roman" w:cs="Times New Roman"/>
          <w:sz w:val="24"/>
          <w:szCs w:val="24"/>
        </w:rPr>
        <w:t xml:space="preserve">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457835">
        <w:rPr>
          <w:rFonts w:ascii="Times New Roman" w:hAnsi="Times New Roman" w:cs="Times New Roman"/>
          <w:sz w:val="24"/>
          <w:szCs w:val="24"/>
        </w:rPr>
        <w:t>dienas</w:t>
      </w:r>
      <w:proofErr w:type="spellEnd"/>
    </w:p>
    <w:p w14:paraId="078E1FBC" w14:textId="7777777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Vēlamā(-ās) dalības diena(-as), ja zināms: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4"/>
      </w:tblGrid>
      <w:tr w:rsidR="00DA621E" w:rsidRPr="00457835" w14:paraId="05634571" w14:textId="77777777" w:rsidTr="00457835">
        <w:tc>
          <w:tcPr>
            <w:tcW w:w="9524" w:type="dxa"/>
          </w:tcPr>
          <w:p w14:paraId="72641AC1" w14:textId="77777777" w:rsidR="00DA621E" w:rsidRPr="00457835" w:rsidRDefault="00DA6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6BC61C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9BF3A4" w14:textId="77777777" w:rsidR="00DA621E" w:rsidRPr="00457835" w:rsidRDefault="00000000">
      <w:pPr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4. GATAVĪBA DALĪBAI</w:t>
      </w:r>
    </w:p>
    <w:p w14:paraId="42DEC1C1" w14:textId="77777777" w:rsidR="00DA621E" w:rsidRPr="00457835" w:rsidRDefault="00000000">
      <w:pPr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Vai varēsiet nodrošināt uzņēmuma pārstāvja klātbūtni izvēlētajās izstādes dienās?</w:t>
      </w:r>
    </w:p>
    <w:p w14:paraId="76BBE785" w14:textId="77777777" w:rsidR="00DA621E" w:rsidRPr="00457835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Jā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Nē</w:t>
      </w:r>
    </w:p>
    <w:p w14:paraId="21ADD46D" w14:textId="77777777" w:rsidR="00DA621E" w:rsidRPr="00457835" w:rsidRDefault="00000000">
      <w:pPr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Vai varēsiet nodrošināt pietiekamu produkcijas daudzumu prezentācijai un/vai degustācijai?</w:t>
      </w:r>
    </w:p>
    <w:p w14:paraId="24BB1DDC" w14:textId="77777777" w:rsidR="00DA621E" w:rsidRPr="00457835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Jā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Nē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Nav attiecināms</w:t>
      </w:r>
    </w:p>
    <w:p w14:paraId="3975469B" w14:textId="77777777" w:rsidR="00DA621E" w:rsidRPr="00457835" w:rsidRDefault="00000000">
      <w:pPr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Vai uzņēmumam un izstādē prezentējamajai produkcijai ir visas nepieciešamās atļaujas/reģistrācijas atbilstoši normatīvo aktu prasībām?</w:t>
      </w:r>
    </w:p>
    <w:p w14:paraId="63227F4C" w14:textId="77777777" w:rsidR="00DA621E" w:rsidRPr="00457835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Jā    </w:t>
      </w:r>
      <w:r w:rsidRPr="00457835">
        <w:rPr>
          <w:rFonts w:ascii="Segoe UI Symbol" w:hAnsi="Segoe UI Symbol" w:cs="Segoe UI Symbol"/>
          <w:sz w:val="24"/>
          <w:szCs w:val="24"/>
        </w:rPr>
        <w:t>☐</w:t>
      </w:r>
      <w:r w:rsidRPr="00457835">
        <w:rPr>
          <w:rFonts w:ascii="Times New Roman" w:hAnsi="Times New Roman" w:cs="Times New Roman"/>
          <w:sz w:val="24"/>
          <w:szCs w:val="24"/>
        </w:rPr>
        <w:t xml:space="preserve"> Nav attiecināms</w:t>
      </w:r>
    </w:p>
    <w:p w14:paraId="3D7A8264" w14:textId="77777777" w:rsidR="00DA621E" w:rsidRPr="00457835" w:rsidRDefault="00000000">
      <w:pPr>
        <w:spacing w:before="140" w:after="6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5. APLIECINĀJUMS</w:t>
      </w:r>
    </w:p>
    <w:p w14:paraId="1FE912DE" w14:textId="77777777" w:rsidR="00DA621E" w:rsidRPr="00457835" w:rsidRDefault="000000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783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457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835">
        <w:rPr>
          <w:rFonts w:ascii="Times New Roman" w:hAnsi="Times New Roman" w:cs="Times New Roman"/>
          <w:sz w:val="24"/>
          <w:szCs w:val="24"/>
        </w:rPr>
        <w:t>pieteikuma</w:t>
      </w:r>
      <w:proofErr w:type="spellEnd"/>
      <w:r w:rsidRPr="00457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835">
        <w:rPr>
          <w:rFonts w:ascii="Times New Roman" w:hAnsi="Times New Roman" w:cs="Times New Roman"/>
          <w:sz w:val="24"/>
          <w:szCs w:val="24"/>
        </w:rPr>
        <w:t>iesniegšanu</w:t>
      </w:r>
      <w:proofErr w:type="spellEnd"/>
      <w:r w:rsidRPr="00457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7835">
        <w:rPr>
          <w:rFonts w:ascii="Times New Roman" w:hAnsi="Times New Roman" w:cs="Times New Roman"/>
          <w:sz w:val="24"/>
          <w:szCs w:val="24"/>
        </w:rPr>
        <w:t>apliecinu</w:t>
      </w:r>
      <w:proofErr w:type="spellEnd"/>
      <w:r w:rsidRPr="00457835">
        <w:rPr>
          <w:rFonts w:ascii="Times New Roman" w:hAnsi="Times New Roman" w:cs="Times New Roman"/>
          <w:sz w:val="24"/>
          <w:szCs w:val="24"/>
        </w:rPr>
        <w:t>, ka sniegtā informācija ir patiesa un uzņēmuma darbība un prezentējamā produkcija atbilst piemērojamo normatīvo aktu prasībām.</w:t>
      </w:r>
    </w:p>
    <w:tbl>
      <w:tblPr>
        <w:tblpPr w:leftFromText="180" w:rightFromText="180" w:vertAnchor="text" w:horzAnchor="margin" w:tblpXSpec="center" w:tblpY="128"/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</w:tblGrid>
      <w:tr w:rsidR="00457835" w:rsidRPr="00457835" w14:paraId="6922F9BD" w14:textId="77777777" w:rsidTr="00457835">
        <w:tc>
          <w:tcPr>
            <w:tcW w:w="4928" w:type="dxa"/>
          </w:tcPr>
          <w:p w14:paraId="0FAC897B" w14:textId="77777777" w:rsidR="00457835" w:rsidRPr="00457835" w:rsidRDefault="00457835" w:rsidP="00457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CCDAD3" w14:textId="77777777" w:rsidR="00457835" w:rsidRDefault="00457835">
      <w:pPr>
        <w:spacing w:after="40"/>
        <w:rPr>
          <w:rFonts w:ascii="Times New Roman" w:hAnsi="Times New Roman" w:cs="Times New Roman"/>
          <w:b/>
          <w:sz w:val="24"/>
          <w:szCs w:val="24"/>
        </w:rPr>
      </w:pPr>
    </w:p>
    <w:p w14:paraId="4B858EA3" w14:textId="2F34F5F7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proofErr w:type="spellStart"/>
      <w:r w:rsidRPr="00457835">
        <w:rPr>
          <w:rFonts w:ascii="Times New Roman" w:hAnsi="Times New Roman" w:cs="Times New Roman"/>
          <w:b/>
          <w:sz w:val="24"/>
          <w:szCs w:val="24"/>
        </w:rPr>
        <w:t>Pieteikuma</w:t>
      </w:r>
      <w:proofErr w:type="spellEnd"/>
      <w:r w:rsidRPr="004578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7835">
        <w:rPr>
          <w:rFonts w:ascii="Times New Roman" w:hAnsi="Times New Roman" w:cs="Times New Roman"/>
          <w:b/>
          <w:sz w:val="24"/>
          <w:szCs w:val="24"/>
        </w:rPr>
        <w:t>iesniedzējs</w:t>
      </w:r>
      <w:proofErr w:type="spellEnd"/>
      <w:r w:rsidRPr="00457835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pPr w:leftFromText="180" w:rightFromText="180" w:vertAnchor="text" w:horzAnchor="page" w:tblpX="2278" w:tblpY="118"/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</w:tblGrid>
      <w:tr w:rsidR="00457835" w:rsidRPr="00457835" w14:paraId="42D4C181" w14:textId="77777777" w:rsidTr="007E0D32">
        <w:trPr>
          <w:trHeight w:val="279"/>
        </w:trPr>
        <w:tc>
          <w:tcPr>
            <w:tcW w:w="4644" w:type="dxa"/>
          </w:tcPr>
          <w:p w14:paraId="7BD5596E" w14:textId="77777777" w:rsidR="00457835" w:rsidRPr="00457835" w:rsidRDefault="00457835" w:rsidP="00457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9A1817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458830" w14:textId="786847AC" w:rsidR="00DA621E" w:rsidRPr="00457835" w:rsidRDefault="00000000" w:rsidP="007E0D32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7835">
        <w:rPr>
          <w:rFonts w:ascii="Times New Roman" w:hAnsi="Times New Roman" w:cs="Times New Roman"/>
          <w:b/>
          <w:sz w:val="24"/>
          <w:szCs w:val="24"/>
        </w:rPr>
        <w:t>Datums:</w:t>
      </w:r>
    </w:p>
    <w:tbl>
      <w:tblPr>
        <w:tblpPr w:leftFromText="180" w:rightFromText="180" w:vertAnchor="text" w:horzAnchor="page" w:tblpX="2623" w:tblpY="176"/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</w:tblGrid>
      <w:tr w:rsidR="00457835" w:rsidRPr="00457835" w14:paraId="0F1FC10F" w14:textId="77777777" w:rsidTr="00457835">
        <w:tc>
          <w:tcPr>
            <w:tcW w:w="3510" w:type="dxa"/>
          </w:tcPr>
          <w:p w14:paraId="5098C08D" w14:textId="77777777" w:rsidR="00457835" w:rsidRPr="00457835" w:rsidRDefault="00457835" w:rsidP="00457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89CF33" w14:textId="77777777" w:rsidR="00457835" w:rsidRDefault="00457835">
      <w:pPr>
        <w:spacing w:after="40"/>
        <w:rPr>
          <w:rFonts w:ascii="Times New Roman" w:hAnsi="Times New Roman" w:cs="Times New Roman"/>
          <w:b/>
          <w:sz w:val="24"/>
          <w:szCs w:val="24"/>
        </w:rPr>
      </w:pPr>
    </w:p>
    <w:p w14:paraId="148682CA" w14:textId="69DDDD90" w:rsidR="00DA621E" w:rsidRPr="0045783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proofErr w:type="spellStart"/>
      <w:r w:rsidRPr="00457835">
        <w:rPr>
          <w:rFonts w:ascii="Times New Roman" w:hAnsi="Times New Roman" w:cs="Times New Roman"/>
          <w:b/>
          <w:sz w:val="24"/>
          <w:szCs w:val="24"/>
        </w:rPr>
        <w:t>Paraksts</w:t>
      </w:r>
      <w:proofErr w:type="spellEnd"/>
      <w:r w:rsidRPr="00457835">
        <w:rPr>
          <w:rFonts w:ascii="Times New Roman" w:hAnsi="Times New Roman" w:cs="Times New Roman"/>
          <w:b/>
          <w:sz w:val="24"/>
          <w:szCs w:val="24"/>
        </w:rPr>
        <w:t>:</w:t>
      </w:r>
    </w:p>
    <w:p w14:paraId="4916CDF6" w14:textId="77777777" w:rsidR="00DA621E" w:rsidRPr="00457835" w:rsidRDefault="00DA621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621E" w:rsidRPr="00457835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5452584">
    <w:abstractNumId w:val="8"/>
  </w:num>
  <w:num w:numId="2" w16cid:durableId="142163346">
    <w:abstractNumId w:val="6"/>
  </w:num>
  <w:num w:numId="3" w16cid:durableId="514266225">
    <w:abstractNumId w:val="5"/>
  </w:num>
  <w:num w:numId="4" w16cid:durableId="368146965">
    <w:abstractNumId w:val="4"/>
  </w:num>
  <w:num w:numId="5" w16cid:durableId="188838641">
    <w:abstractNumId w:val="7"/>
  </w:num>
  <w:num w:numId="6" w16cid:durableId="1741321067">
    <w:abstractNumId w:val="3"/>
  </w:num>
  <w:num w:numId="7" w16cid:durableId="209339392">
    <w:abstractNumId w:val="2"/>
  </w:num>
  <w:num w:numId="8" w16cid:durableId="988559682">
    <w:abstractNumId w:val="1"/>
  </w:num>
  <w:num w:numId="9" w16cid:durableId="63375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3302"/>
    <w:rsid w:val="0029639D"/>
    <w:rsid w:val="00326F90"/>
    <w:rsid w:val="00457835"/>
    <w:rsid w:val="007E0D32"/>
    <w:rsid w:val="00AA1D8D"/>
    <w:rsid w:val="00B47730"/>
    <w:rsid w:val="00CB0664"/>
    <w:rsid w:val="00DA62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B75E50"/>
  <w14:defaultImageDpi w14:val="300"/>
  <w15:docId w15:val="{466443B3-3FF9-45C6-8A34-7D50E587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  <w:rPr>
      <w:rFonts w:ascii="Arial" w:hAnsi="Arial"/>
      <w:sz w:val="21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Janis</cp:lastModifiedBy>
  <cp:revision>3</cp:revision>
  <dcterms:created xsi:type="dcterms:W3CDTF">2013-12-23T23:15:00Z</dcterms:created>
  <dcterms:modified xsi:type="dcterms:W3CDTF">2026-08-19T12:49:00Z</dcterms:modified>
  <cp:category/>
</cp:coreProperties>
</file>